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2F4F9E" w14:paraId="7193F7DF" w14:textId="77777777">
        <w:trPr>
          <w:jc w:val="center"/>
        </w:trPr>
        <w:tc>
          <w:tcPr>
            <w:tcW w:w="4680" w:type="dxa"/>
          </w:tcPr>
          <w:p w14:paraId="20E56D89" w14:textId="59AE8A77" w:rsidR="002360EB" w:rsidRPr="002360EB" w:rsidRDefault="00000000">
            <w:pPr>
              <w:rPr>
                <w:b/>
                <w:color w:val="0070C0"/>
                <w:sz w:val="40"/>
                <w:szCs w:val="40"/>
              </w:rPr>
            </w:pPr>
            <w:r w:rsidRPr="003F231E">
              <w:rPr>
                <w:b/>
                <w:color w:val="0070C0"/>
                <w:sz w:val="40"/>
                <w:szCs w:val="40"/>
              </w:rPr>
              <w:t>Meine Sterne für SONNTAGPLUS</w:t>
            </w:r>
          </w:p>
        </w:tc>
        <w:tc>
          <w:tcPr>
            <w:tcW w:w="4680" w:type="dxa"/>
          </w:tcPr>
          <w:p w14:paraId="1CA7EF4C" w14:textId="5CF649BD" w:rsidR="002F4F9E" w:rsidRDefault="00C15FB2">
            <w:pPr>
              <w:jc w:val="right"/>
            </w:pPr>
            <w:r>
              <w:rPr>
                <w:i/>
                <w:noProof/>
                <w:color w:val="808080"/>
                <w:sz w:val="18"/>
              </w:rPr>
              <w:drawing>
                <wp:inline distT="0" distB="0" distL="0" distR="0" wp14:anchorId="3C5BF6DB" wp14:editId="2EB603E2">
                  <wp:extent cx="2286000" cy="942975"/>
                  <wp:effectExtent l="0" t="0" r="0" b="9525"/>
                  <wp:docPr id="802536366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CFB22F" w14:textId="77777777" w:rsidR="002F4F9E" w:rsidRPr="00493A8B" w:rsidRDefault="00000000">
      <w:pPr>
        <w:spacing w:before="360" w:after="480"/>
        <w:rPr>
          <w:color w:val="FFC000"/>
          <w:lang w:val="de-DE"/>
        </w:rPr>
      </w:pPr>
      <w:r w:rsidRPr="00493A8B">
        <w:rPr>
          <w:color w:val="FFC000"/>
          <w:sz w:val="56"/>
          <w:lang w:val="de-DE"/>
        </w:rPr>
        <w:t>☆ ☆ ☆ ☆ ☆</w:t>
      </w:r>
    </w:p>
    <w:p w14:paraId="73F36314" w14:textId="77777777" w:rsidR="002F4F9E" w:rsidRPr="003F231E" w:rsidRDefault="00000000">
      <w:pPr>
        <w:spacing w:after="240"/>
        <w:rPr>
          <w:color w:val="0070C0"/>
          <w:sz w:val="36"/>
          <w:szCs w:val="36"/>
          <w:lang w:val="de-DE"/>
        </w:rPr>
      </w:pPr>
      <w:r w:rsidRPr="003F231E">
        <w:rPr>
          <w:b/>
          <w:color w:val="0070C0"/>
          <w:sz w:val="36"/>
          <w:szCs w:val="36"/>
          <w:lang w:val="de-DE"/>
        </w:rPr>
        <w:t>Was ich noch sagen möchte?</w:t>
      </w:r>
    </w:p>
    <w:p w14:paraId="5B2CE455" w14:textId="77777777" w:rsidR="002F4F9E" w:rsidRDefault="00000000">
      <w:pPr>
        <w:spacing w:after="360"/>
      </w:pPr>
      <w:r>
        <w:rPr>
          <w:color w:val="C8C8C8"/>
        </w:rPr>
        <w:t>___________________________________________________________________________</w:t>
      </w:r>
    </w:p>
    <w:p w14:paraId="64408AA3" w14:textId="77777777" w:rsidR="002F4F9E" w:rsidRDefault="00000000">
      <w:pPr>
        <w:spacing w:after="360"/>
      </w:pPr>
      <w:r>
        <w:rPr>
          <w:color w:val="C8C8C8"/>
        </w:rPr>
        <w:t>___________________________________________________________________________</w:t>
      </w:r>
    </w:p>
    <w:p w14:paraId="1B136F6D" w14:textId="77777777" w:rsidR="002F4F9E" w:rsidRDefault="00000000">
      <w:pPr>
        <w:spacing w:after="360"/>
      </w:pPr>
      <w:r>
        <w:rPr>
          <w:color w:val="C8C8C8"/>
        </w:rPr>
        <w:t>___________________________________________________________________________</w:t>
      </w:r>
    </w:p>
    <w:sectPr w:rsidR="002F4F9E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7933045">
    <w:abstractNumId w:val="8"/>
  </w:num>
  <w:num w:numId="2" w16cid:durableId="1074165619">
    <w:abstractNumId w:val="6"/>
  </w:num>
  <w:num w:numId="3" w16cid:durableId="1473449728">
    <w:abstractNumId w:val="5"/>
  </w:num>
  <w:num w:numId="4" w16cid:durableId="1808161947">
    <w:abstractNumId w:val="4"/>
  </w:num>
  <w:num w:numId="5" w16cid:durableId="1791821398">
    <w:abstractNumId w:val="7"/>
  </w:num>
  <w:num w:numId="6" w16cid:durableId="940842984">
    <w:abstractNumId w:val="3"/>
  </w:num>
  <w:num w:numId="7" w16cid:durableId="1650092306">
    <w:abstractNumId w:val="2"/>
  </w:num>
  <w:num w:numId="8" w16cid:durableId="1187989747">
    <w:abstractNumId w:val="1"/>
  </w:num>
  <w:num w:numId="9" w16cid:durableId="524371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60EB"/>
    <w:rsid w:val="0029639D"/>
    <w:rsid w:val="002F4F9E"/>
    <w:rsid w:val="00326F90"/>
    <w:rsid w:val="003F231E"/>
    <w:rsid w:val="00440D23"/>
    <w:rsid w:val="00493A8B"/>
    <w:rsid w:val="008665BE"/>
    <w:rsid w:val="009A3177"/>
    <w:rsid w:val="00AA1D8D"/>
    <w:rsid w:val="00B47730"/>
    <w:rsid w:val="00C15FB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3D77BE"/>
  <w14:defaultImageDpi w14:val="300"/>
  <w15:docId w15:val="{28267550-B4CB-441B-AE2C-CAF9EAF66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Calibri" w:hAnsi="Calibr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Seibert Thomas</cp:lastModifiedBy>
  <cp:revision>5</cp:revision>
  <cp:lastPrinted>2026-09-30T06:51:00Z</cp:lastPrinted>
  <dcterms:created xsi:type="dcterms:W3CDTF">2013-12-23T23:15:00Z</dcterms:created>
  <dcterms:modified xsi:type="dcterms:W3CDTF">2026-09-30T07:06:00Z</dcterms:modified>
  <cp:category/>
</cp:coreProperties>
</file>